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000000"/>
        </w:rPr>
        <w:t>Cyber incident role card</w:t>
      </w:r>
    </w:p>
    <w:p>
      <w:r>
        <w:t>For management, IT and business teams: assign responsibilities, communicate securely and record decisions. Add contacts and decision authority before use. For an urgent suspicion, call the agreed IT contact immediately; do not wait for complete paperwork.</w:t>
      </w:r>
    </w:p>
    <w:p>
      <w:r>
        <w:t>Organization: ____________________  Owner: __________________________</w:t>
        <w:br/>
        <w:t>Reviewed on: ____________________  Approved by: _____________________</w:t>
      </w:r>
    </w:p>
    <w:tbl>
      <w:tblPr>
        <w:tblW w:type="auto" w:w="0"/>
        <w:jc w:val="center"/>
        <w:tblLayout w:type="fixed"/>
        <w:tblLook w:firstColumn="1" w:firstRow="1" w:lastColumn="0" w:lastRow="0" w:noHBand="0" w:noVBand="1" w:val="04A0"/>
      </w:tblPr>
      <w:tblGrid>
        <w:gridCol w:w="4082"/>
        <w:gridCol w:w="2494"/>
        <w:gridCol w:w="3288"/>
      </w:tblGrid>
      <w:tr>
        <w:trPr>
          <w:cantSplit/>
          <w:tblHeader/>
        </w:trPr>
        <w:tc>
          <w:tcPr>
            <w:tcW w:type="dxa" w:w="408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8EEF0"/>
          </w:tcPr>
          <w:p>
            <w:pPr>
              <w:spacing w:after="60" w:before="60"/>
            </w:pPr>
            <w:r>
              <w:rPr>
                <w:b/>
                <w:sz w:val="18"/>
              </w:rPr>
              <w:t>Role and task</w:t>
            </w:r>
          </w:p>
        </w:tc>
        <w:tc>
          <w:tcPr>
            <w:tcW w:type="dxa" w:w="249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8EEF0"/>
          </w:tcPr>
          <w:p>
            <w:pPr>
              <w:spacing w:after="60" w:before="60"/>
            </w:pPr>
            <w:r>
              <w:rPr>
                <w:b/>
                <w:sz w:val="18"/>
              </w:rPr>
              <w:t>Name and backup</w:t>
            </w:r>
          </w:p>
        </w:tc>
        <w:tc>
          <w:tcPr>
            <w:tcW w:type="dxa" w:w="328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8EEF0"/>
          </w:tcPr>
          <w:p>
            <w:pPr>
              <w:spacing w:after="60" w:before="60"/>
            </w:pPr>
            <w:r>
              <w:rPr>
                <w:b/>
                <w:sz w:val="18"/>
              </w:rPr>
              <w:t>Phone, time zone and fallback</w:t>
            </w:r>
          </w:p>
        </w:tc>
      </w:tr>
      <w:tr>
        <w:trPr>
          <w:cantSplit/>
        </w:trPr>
        <w:tc>
          <w:tcPr>
            <w:tcW w:type="dxa" w:w="408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Incident lead</w:t>
              <w:br/>
              <w:t>Coordinate priorities, actions and situation updates</w:t>
            </w:r>
          </w:p>
        </w:tc>
        <w:tc>
          <w:tcPr>
            <w:tcW w:type="dxa" w:w="249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________________</w:t>
              <w:br/>
              <w:t>________________</w:t>
            </w:r>
          </w:p>
        </w:tc>
        <w:tc>
          <w:tcPr>
            <w:tcW w:type="dxa" w:w="328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________________</w:t>
              <w:br/>
              <w:t>________________</w:t>
            </w:r>
          </w:p>
        </w:tc>
      </w:tr>
      <w:tr>
        <w:trPr>
          <w:cantSplit/>
        </w:trPr>
        <w:tc>
          <w:tcPr>
            <w:tcW w:type="dxa" w:w="408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IT or IT provider</w:t>
              <w:br/>
              <w:t>Assess scope, lead containment and recovery</w:t>
            </w:r>
          </w:p>
        </w:tc>
        <w:tc>
          <w:tcPr>
            <w:tcW w:type="dxa" w:w="249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________________</w:t>
              <w:br/>
              <w:t>________________</w:t>
            </w:r>
          </w:p>
        </w:tc>
        <w:tc>
          <w:tcPr>
            <w:tcW w:type="dxa" w:w="328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________________</w:t>
              <w:br/>
              <w:t>________________</w:t>
            </w:r>
          </w:p>
        </w:tc>
      </w:tr>
      <w:tr>
        <w:trPr>
          <w:cantSplit/>
        </w:trPr>
        <w:tc>
          <w:tcPr>
            <w:tcW w:type="dxa" w:w="408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Management and business owner</w:t>
              <w:br/>
              <w:t>Assess operational impact and authorize decisions</w:t>
            </w:r>
          </w:p>
        </w:tc>
        <w:tc>
          <w:tcPr>
            <w:tcW w:type="dxa" w:w="249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________________</w:t>
              <w:br/>
              <w:t>________________</w:t>
            </w:r>
          </w:p>
        </w:tc>
        <w:tc>
          <w:tcPr>
            <w:tcW w:type="dxa" w:w="328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________________</w:t>
              <w:br/>
              <w:t>________________</w:t>
            </w:r>
          </w:p>
        </w:tc>
      </w:tr>
      <w:tr>
        <w:trPr>
          <w:cantSplit/>
        </w:trPr>
        <w:tc>
          <w:tcPr>
            <w:tcW w:type="dxa" w:w="408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Communications</w:t>
              <w:br/>
              <w:t>Issue approved internal and external updates</w:t>
            </w:r>
          </w:p>
        </w:tc>
        <w:tc>
          <w:tcPr>
            <w:tcW w:type="dxa" w:w="249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________________</w:t>
              <w:br/>
              <w:t>________________</w:t>
            </w:r>
          </w:p>
        </w:tc>
        <w:tc>
          <w:tcPr>
            <w:tcW w:type="dxa" w:w="328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________________</w:t>
              <w:br/>
              <w:t>________________</w:t>
            </w:r>
          </w:p>
        </w:tc>
      </w:tr>
      <w:tr>
        <w:trPr>
          <w:cantSplit/>
        </w:trPr>
        <w:tc>
          <w:tcPr>
            <w:tcW w:type="dxa" w:w="408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Privacy and legal</w:t>
              <w:br/>
              <w:t>Assess notification duties and external involvement</w:t>
            </w:r>
          </w:p>
        </w:tc>
        <w:tc>
          <w:tcPr>
            <w:tcW w:type="dxa" w:w="249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________________</w:t>
              <w:br/>
              <w:t>________________</w:t>
            </w:r>
          </w:p>
        </w:tc>
        <w:tc>
          <w:tcPr>
            <w:tcW w:type="dxa" w:w="328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________________</w:t>
              <w:br/>
              <w:t>________________</w:t>
            </w:r>
          </w:p>
        </w:tc>
      </w:tr>
    </w:tbl>
    <w:p>
      <w:pPr>
        <w:spacing w:after="40"/>
      </w:pPr>
    </w:p>
    <w:p>
      <w:pPr>
        <w:pStyle w:val="Heading2"/>
      </w:pPr>
      <w:r>
        <w:rPr>
          <w:color w:val="000000"/>
        </w:rPr>
        <w:t>Communication and decision authority</w:t>
      </w:r>
    </w:p>
    <w:p>
      <w:r>
        <w:t>Approved fallback if email may be compromised: __________________________</w:t>
        <w:br/>
        <w:t>Who may isolate or shut down systems: __________________________________</w:t>
        <w:br/>
        <w:t>Who approves recovery and external messages: ___________________________</w:t>
        <w:br/>
        <w:t>Next situation update and responsible person: ____________________________</w:t>
      </w:r>
    </w:p>
    <w:p>
      <w:r>
        <w:t>Small teams may combine roles, but each responsibility and deputy should remain explicit. Agree how to reach people outside normal hours. Do not rely on potentially compromised communication channels without checking them.</w:t>
      </w:r>
    </w:p>
    <w:p>
      <w:r>
        <w:br w:type="page"/>
      </w:r>
    </w:p>
    <w:p>
      <w:pPr>
        <w:pStyle w:val="Title"/>
      </w:pPr>
      <w:r>
        <w:rPr>
          <w:color w:val="000000"/>
        </w:rPr>
        <w:t>Initial internal report</w:t>
      </w:r>
    </w:p>
    <w:p>
      <w:r>
        <w:t>For the reporting person and incident lead. Record observations, label assumptions and leave unknowns explicit. This is an internal report; it does not replace any required external notification.</w:t>
      </w:r>
    </w:p>
    <w:tbl>
      <w:tblPr>
        <w:tblW w:type="auto" w:w="0"/>
        <w:jc w:val="center"/>
        <w:tblLayout w:type="fixed"/>
        <w:tblLook w:firstColumn="1" w:firstRow="1" w:lastColumn="0" w:lastRow="0" w:noHBand="0" w:noVBand="1" w:val="04A0"/>
      </w:tblPr>
      <w:tblGrid>
        <w:gridCol w:w="3402"/>
        <w:gridCol w:w="6463"/>
      </w:tblGrid>
      <w:tr>
        <w:trPr>
          <w:cantSplit/>
          <w:tblHeader/>
        </w:trPr>
        <w:tc>
          <w:tcPr>
            <w:tcW w:type="dxa" w:w="340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8EEF0"/>
          </w:tcPr>
          <w:p>
            <w:pPr>
              <w:spacing w:after="60" w:before="60"/>
            </w:pPr>
            <w:r>
              <w:rPr>
                <w:b/>
                <w:sz w:val="18"/>
              </w:rPr>
              <w:t>Field</w:t>
            </w:r>
          </w:p>
        </w:tc>
        <w:tc>
          <w:tcPr>
            <w:tcW w:type="dxa" w:w="6463"/>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8EEF0"/>
          </w:tcPr>
          <w:p>
            <w:pPr>
              <w:spacing w:after="60" w:before="60"/>
            </w:pPr>
            <w:r>
              <w:rPr>
                <w:b/>
                <w:sz w:val="18"/>
              </w:rPr>
              <w:t>Entry</w:t>
            </w:r>
          </w:p>
        </w:tc>
      </w:tr>
      <w:tr>
        <w:trPr>
          <w:cantSplit/>
        </w:trPr>
        <w:tc>
          <w:tcPr>
            <w:tcW w:type="dxa" w:w="340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Case ID and reporting person</w:t>
              <w:br/>
              <w:t>Safe callback contact</w:t>
            </w:r>
          </w:p>
        </w:tc>
        <w:tc>
          <w:tcPr>
            <w:tcW w:type="dxa" w:w="6463"/>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________________________________________________</w:t>
              <w:br/>
              <w:t>________________________________________________</w:t>
            </w:r>
          </w:p>
        </w:tc>
      </w:tr>
      <w:tr>
        <w:trPr>
          <w:cantSplit/>
        </w:trPr>
        <w:tc>
          <w:tcPr>
            <w:tcW w:type="dxa" w:w="340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Discovery date and time</w:t>
              <w:br/>
              <w:t>Include time zone</w:t>
            </w:r>
          </w:p>
        </w:tc>
        <w:tc>
          <w:tcPr>
            <w:tcW w:type="dxa" w:w="6463"/>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________________________________________________</w:t>
              <w:br/>
              <w:t>________________________________________________</w:t>
            </w:r>
          </w:p>
        </w:tc>
      </w:tr>
      <w:tr>
        <w:trPr>
          <w:cantSplit/>
        </w:trPr>
        <w:tc>
          <w:tcPr>
            <w:tcW w:type="dxa" w:w="340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Observation and source</w:t>
              <w:br/>
              <w:t>What is actually known</w:t>
            </w:r>
          </w:p>
        </w:tc>
        <w:tc>
          <w:tcPr>
            <w:tcW w:type="dxa" w:w="6463"/>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________________________________________________</w:t>
              <w:br/>
              <w:t>________________________________________________</w:t>
            </w:r>
          </w:p>
        </w:tc>
      </w:tr>
      <w:tr>
        <w:trPr>
          <w:cantSplit/>
        </w:trPr>
        <w:tc>
          <w:tcPr>
            <w:tcW w:type="dxa" w:w="340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Affected services and business impact</w:t>
              <w:br/>
              <w:t>What no longer works</w:t>
            </w:r>
          </w:p>
        </w:tc>
        <w:tc>
          <w:tcPr>
            <w:tcW w:type="dxa" w:w="6463"/>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________________________________________________</w:t>
              <w:br/>
              <w:t>________________________________________________</w:t>
            </w:r>
          </w:p>
        </w:tc>
      </w:tr>
      <w:tr>
        <w:trPr>
          <w:cantSplit/>
        </w:trPr>
        <w:tc>
          <w:tcPr>
            <w:tcW w:type="dxa" w:w="340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Actions already taken</w:t>
              <w:br/>
              <w:t>Who did what and when</w:t>
            </w:r>
          </w:p>
        </w:tc>
        <w:tc>
          <w:tcPr>
            <w:tcW w:type="dxa" w:w="6463"/>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________________________________________________</w:t>
              <w:br/>
              <w:t>________________________________________________</w:t>
            </w:r>
          </w:p>
        </w:tc>
      </w:tr>
      <w:tr>
        <w:trPr>
          <w:cantSplit/>
        </w:trPr>
        <w:tc>
          <w:tcPr>
            <w:tcW w:type="dxa" w:w="340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Contacts informed and handover</w:t>
              <w:br/>
              <w:t>Who is handling the report</w:t>
            </w:r>
          </w:p>
        </w:tc>
        <w:tc>
          <w:tcPr>
            <w:tcW w:type="dxa" w:w="6463"/>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________________________________________________</w:t>
              <w:br/>
              <w:t>________________________________________________</w:t>
            </w:r>
          </w:p>
        </w:tc>
      </w:tr>
      <w:tr>
        <w:trPr>
          <w:cantSplit/>
        </w:trPr>
        <w:tc>
          <w:tcPr>
            <w:tcW w:type="dxa" w:w="340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Open questions and next update</w:t>
              <w:br/>
              <w:t>Owner and time</w:t>
            </w:r>
          </w:p>
        </w:tc>
        <w:tc>
          <w:tcPr>
            <w:tcW w:type="dxa" w:w="6463"/>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________________________________________________</w:t>
              <w:br/>
              <w:t>________________________________________________</w:t>
            </w:r>
          </w:p>
        </w:tc>
      </w:tr>
    </w:tbl>
    <w:p>
      <w:pPr>
        <w:spacing w:after="40"/>
      </w:pPr>
    </w:p>
    <w:p>
      <w:pPr>
        <w:pStyle w:val="Heading2"/>
      </w:pPr>
      <w:r>
        <w:rPr>
          <w:color w:val="000000"/>
        </w:rPr>
        <w:t>Hand over information securely</w:t>
      </w:r>
    </w:p>
    <w:p>
      <w:r>
        <w:t>Do not record passwords, MFA codes or unnecessary personal data. Reference evidence using internal IDs and approved storage locations. Have qualified staff preserve originals and logs; agree retention and access rights. Do not open suspicious files to inspect them or forward them through unapproved channels.</w:t>
      </w:r>
    </w:p>
    <w:p>
      <w:r>
        <w:br w:type="page"/>
      </w:r>
    </w:p>
    <w:p>
      <w:pPr>
        <w:pStyle w:val="Title"/>
      </w:pPr>
      <w:r>
        <w:rPr>
          <w:color w:val="000000"/>
        </w:rPr>
        <w:t>Incident log and handover</w:t>
      </w:r>
    </w:p>
    <w:p>
      <w:r>
        <w:t>For the record keeper. Include date, time and time zone in every entry. Distinguish observations, decisions and outcomes. Copy log pages as needed and record corrections as new entries.</w:t>
      </w:r>
    </w:p>
    <w:p>
      <w:r>
        <w:t>Case ID: ___________________________  Record keeper: ______________________</w:t>
      </w:r>
    </w:p>
    <w:tbl>
      <w:tblPr>
        <w:tblW w:type="auto" w:w="0"/>
        <w:jc w:val="center"/>
        <w:tblLayout w:type="fixed"/>
        <w:tblLook w:firstColumn="1" w:firstRow="1" w:lastColumn="0" w:lastRow="0" w:noHBand="0" w:noVBand="1" w:val="04A0"/>
      </w:tblPr>
      <w:tblGrid>
        <w:gridCol w:w="1814"/>
        <w:gridCol w:w="2948"/>
        <w:gridCol w:w="2551"/>
        <w:gridCol w:w="2551"/>
      </w:tblGrid>
      <w:tr>
        <w:trPr>
          <w:cantSplit/>
          <w:tblHeader/>
        </w:trPr>
        <w:tc>
          <w:tcPr>
            <w:tcW w:type="dxa" w:w="181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8EEF0"/>
          </w:tcPr>
          <w:p>
            <w:pPr>
              <w:spacing w:after="60" w:before="60"/>
            </w:pPr>
            <w:r>
              <w:rPr>
                <w:b/>
                <w:sz w:val="18"/>
              </w:rPr>
              <w:t>Time and source</w:t>
            </w:r>
          </w:p>
        </w:tc>
        <w:tc>
          <w:tcPr>
            <w:tcW w:type="dxa" w:w="294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8EEF0"/>
          </w:tcPr>
          <w:p>
            <w:pPr>
              <w:spacing w:after="60" w:before="60"/>
            </w:pPr>
            <w:r>
              <w:rPr>
                <w:b/>
                <w:sz w:val="18"/>
              </w:rPr>
              <w:t>Observation or decision</w:t>
            </w:r>
          </w:p>
        </w:tc>
        <w:tc>
          <w:tcPr>
            <w:tcW w:type="dxa" w:w="2551"/>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8EEF0"/>
          </w:tcPr>
          <w:p>
            <w:pPr>
              <w:spacing w:after="60" w:before="60"/>
            </w:pPr>
            <w:r>
              <w:rPr>
                <w:b/>
                <w:sz w:val="18"/>
              </w:rPr>
              <w:t>Action and owner</w:t>
            </w:r>
          </w:p>
        </w:tc>
        <w:tc>
          <w:tcPr>
            <w:tcW w:type="dxa" w:w="2551"/>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8EEF0"/>
          </w:tcPr>
          <w:p>
            <w:pPr>
              <w:spacing w:after="60" w:before="60"/>
            </w:pPr>
            <w:r>
              <w:rPr>
                <w:b/>
                <w:sz w:val="18"/>
              </w:rPr>
              <w:t>Outcome or evidence ID</w:t>
            </w:r>
          </w:p>
        </w:tc>
      </w:tr>
      <w:tr>
        <w:trPr>
          <w:cantSplit/>
        </w:trPr>
        <w:tc>
          <w:tcPr>
            <w:tcW w:type="dxa" w:w="181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_______________</w:t>
              <w:br/>
              <w:t>_______________</w:t>
              <w:br/>
              <w:t>_______________</w:t>
            </w:r>
          </w:p>
        </w:tc>
        <w:tc>
          <w:tcPr>
            <w:tcW w:type="dxa" w:w="294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_______________</w:t>
              <w:br/>
              <w:t>_______________</w:t>
              <w:br/>
              <w:t>_______________</w:t>
            </w:r>
          </w:p>
        </w:tc>
        <w:tc>
          <w:tcPr>
            <w:tcW w:type="dxa" w:w="2551"/>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_______________</w:t>
              <w:br/>
              <w:t>_______________</w:t>
              <w:br/>
              <w:t>_______________</w:t>
            </w:r>
          </w:p>
        </w:tc>
        <w:tc>
          <w:tcPr>
            <w:tcW w:type="dxa" w:w="2551"/>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_______________</w:t>
              <w:br/>
              <w:t>_______________</w:t>
              <w:br/>
              <w:t>_______________</w:t>
            </w:r>
          </w:p>
        </w:tc>
      </w:tr>
      <w:tr>
        <w:trPr>
          <w:cantSplit/>
        </w:trPr>
        <w:tc>
          <w:tcPr>
            <w:tcW w:type="dxa" w:w="181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_______________</w:t>
              <w:br/>
              <w:t>_______________</w:t>
              <w:br/>
              <w:t>_______________</w:t>
            </w:r>
          </w:p>
        </w:tc>
        <w:tc>
          <w:tcPr>
            <w:tcW w:type="dxa" w:w="294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_______________</w:t>
              <w:br/>
              <w:t>_______________</w:t>
              <w:br/>
              <w:t>_______________</w:t>
            </w:r>
          </w:p>
        </w:tc>
        <w:tc>
          <w:tcPr>
            <w:tcW w:type="dxa" w:w="2551"/>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_______________</w:t>
              <w:br/>
              <w:t>_______________</w:t>
              <w:br/>
              <w:t>_______________</w:t>
            </w:r>
          </w:p>
        </w:tc>
        <w:tc>
          <w:tcPr>
            <w:tcW w:type="dxa" w:w="2551"/>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_______________</w:t>
              <w:br/>
              <w:t>_______________</w:t>
              <w:br/>
              <w:t>_______________</w:t>
            </w:r>
          </w:p>
        </w:tc>
      </w:tr>
      <w:tr>
        <w:trPr>
          <w:cantSplit/>
        </w:trPr>
        <w:tc>
          <w:tcPr>
            <w:tcW w:type="dxa" w:w="181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_______________</w:t>
              <w:br/>
              <w:t>_______________</w:t>
              <w:br/>
              <w:t>_______________</w:t>
            </w:r>
          </w:p>
        </w:tc>
        <w:tc>
          <w:tcPr>
            <w:tcW w:type="dxa" w:w="294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_______________</w:t>
              <w:br/>
              <w:t>_______________</w:t>
              <w:br/>
              <w:t>_______________</w:t>
            </w:r>
          </w:p>
        </w:tc>
        <w:tc>
          <w:tcPr>
            <w:tcW w:type="dxa" w:w="2551"/>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_______________</w:t>
              <w:br/>
              <w:t>_______________</w:t>
              <w:br/>
              <w:t>_______________</w:t>
            </w:r>
          </w:p>
        </w:tc>
        <w:tc>
          <w:tcPr>
            <w:tcW w:type="dxa" w:w="2551"/>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_______________</w:t>
              <w:br/>
              <w:t>_______________</w:t>
              <w:br/>
              <w:t>_______________</w:t>
            </w:r>
          </w:p>
        </w:tc>
      </w:tr>
    </w:tbl>
    <w:p>
      <w:pPr>
        <w:spacing w:after="40"/>
      </w:pPr>
    </w:p>
    <w:p>
      <w:pPr>
        <w:pStyle w:val="Heading2"/>
      </w:pPr>
      <w:r>
        <w:rPr>
          <w:color w:val="000000"/>
        </w:rPr>
        <w:t>Handover and recovery</w:t>
      </w:r>
    </w:p>
    <w:p>
      <w:r>
        <w:t>Current scope and remaining risks: _________________________________________</w:t>
        <w:br/>
        <w:t>Open actions with owners and due dates: ____________________________________</w:t>
        <w:br/>
        <w:t>Handed over by / to / time: _________________________________________________</w:t>
        <w:br/>
        <w:t>Recovery approved by / time / conditions: ___________________________________</w:t>
        <w:br/>
        <w:t>Functional checks, monitoring period and next review: _________________________</w:t>
      </w:r>
    </w:p>
    <w:p>
      <w:pPr>
        <w:pStyle w:val="Heading2"/>
      </w:pPr>
      <w:r>
        <w:rPr>
          <w:color w:val="000000"/>
        </w:rPr>
        <w:t>Follow up</w:t>
      </w:r>
    </w:p>
    <w:p>
      <w:r>
        <w:t>Improvement to implement: _______________________________________________</w:t>
        <w:br/>
        <w:t>Owner / due date / effectiveness reviewed on: ________________________________</w:t>
      </w:r>
    </w:p>
    <w:p>
      <w:pPr>
        <w:pStyle w:val="Heading2"/>
      </w:pPr>
      <w:r>
        <w:rPr>
          <w:color w:val="000000"/>
        </w:rPr>
        <w:t>Use and supporting guidance</w:t>
      </w:r>
    </w:p>
    <w:p>
      <w:r>
        <w:t>Original Paragamix GmbH templates. Free to use internally, adapt and share with clients; a source link is welcome. Have responsible staff review before use. An organizational aid, not a technical response manual. Store completed records securely.</w:t>
      </w:r>
    </w:p>
    <w:p>
      <w:hyperlink r:id="rId10">
        <w:r>
          <w:rPr>
            <w:color w:val="243D32"/>
            <w:u w:val="single"/>
          </w:rPr>
          <w:t>NIST SP 800 61 Rev 3</w:t>
        </w:r>
      </w:hyperlink>
      <w:r>
        <w:t xml:space="preserve">  |  </w:t>
      </w:r>
      <w:hyperlink r:id="rId11">
        <w:r>
          <w:rPr>
            <w:color w:val="243D32"/>
            <w:u w:val="single"/>
          </w:rPr>
          <w:t>Current version and tools</w:t>
        </w:r>
      </w:hyperlink>
    </w:p>
    <w:p>
      <w:r>
        <w:br w:type="page"/>
      </w:r>
    </w:p>
    <w:p>
      <w:pPr>
        <w:pStyle w:val="Title"/>
      </w:pPr>
      <w:r>
        <w:t>United States incident contacts</w:t>
      </w:r>
    </w:p>
    <w:p>
      <w:r>
        <w:t>Prepare these contacts before an incident. Use verified details from your contracts and policy; confirm who can authorize specialist support. In an active incident, reach your IT contact promptly without waiting to complete this page.</w:t>
      </w:r>
    </w:p>
    <w:tbl>
      <w:tblPr>
        <w:tblW w:type="auto" w:w="0"/>
        <w:jc w:val="center"/>
        <w:tblLayout w:type="fixed"/>
        <w:tblLook w:firstColumn="1" w:firstRow="1" w:lastColumn="0" w:lastRow="0" w:noHBand="0" w:noVBand="1" w:val="04A0"/>
      </w:tblPr>
      <w:tblGrid>
        <w:gridCol w:w="3408"/>
        <w:gridCol w:w="3408"/>
        <w:gridCol w:w="3408"/>
      </w:tblGrid>
      <w:tr>
        <w:tc>
          <w:tcPr>
            <w:tcW w:type="dxa" w:w="208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9EDF1"/>
          </w:tcPr>
          <w:p>
            <w:pPr>
              <w:spacing w:after="40" w:before="40"/>
            </w:pPr>
            <w:r>
              <w:rPr>
                <w:b/>
                <w:sz w:val="20"/>
              </w:rPr>
              <w:t>Role</w:t>
            </w:r>
          </w:p>
        </w:tc>
        <w:tc>
          <w:tcPr>
            <w:tcW w:type="dxa" w:w="338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9EDF1"/>
          </w:tcPr>
          <w:p>
            <w:pPr>
              <w:spacing w:after="40" w:before="40"/>
            </w:pPr>
            <w:r>
              <w:rPr>
                <w:b/>
                <w:sz w:val="20"/>
              </w:rPr>
              <w:t>Contact and backup</w:t>
            </w:r>
          </w:p>
        </w:tc>
        <w:tc>
          <w:tcPr>
            <w:tcW w:type="dxa" w:w="381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9EDF1"/>
          </w:tcPr>
          <w:p>
            <w:pPr>
              <w:spacing w:after="40" w:before="40"/>
            </w:pPr>
            <w:r>
              <w:rPr>
                <w:b/>
                <w:sz w:val="20"/>
              </w:rPr>
              <w:t>Phone, hours and time zone</w:t>
            </w:r>
          </w:p>
        </w:tc>
      </w:tr>
      <w:tr>
        <w:tc>
          <w:tcPr>
            <w:tcW w:type="dxa" w:w="208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pPr>
            <w:r>
              <w:rPr>
                <w:b w:val="0"/>
                <w:sz w:val="20"/>
              </w:rPr>
              <w:t>Forensics / DFIR</w:t>
            </w:r>
          </w:p>
        </w:tc>
        <w:tc>
          <w:tcPr>
            <w:tcW w:type="dxa" w:w="338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pPr>
            <w:r>
              <w:rPr>
                <w:b w:val="0"/>
                <w:sz w:val="20"/>
              </w:rPr>
              <w:t>________________________</w:t>
              <w:br/>
              <w:t>________________________</w:t>
            </w:r>
          </w:p>
        </w:tc>
        <w:tc>
          <w:tcPr>
            <w:tcW w:type="dxa" w:w="381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pPr>
            <w:r>
              <w:rPr>
                <w:b w:val="0"/>
                <w:sz w:val="20"/>
              </w:rPr>
              <w:t>__________________________</w:t>
              <w:br/>
              <w:t>__________________________</w:t>
            </w:r>
          </w:p>
        </w:tc>
      </w:tr>
      <w:tr>
        <w:tc>
          <w:tcPr>
            <w:tcW w:type="dxa" w:w="208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pPr>
            <w:r>
              <w:rPr>
                <w:b w:val="0"/>
                <w:sz w:val="20"/>
              </w:rPr>
              <w:t>Cyber insurer / claims</w:t>
            </w:r>
          </w:p>
        </w:tc>
        <w:tc>
          <w:tcPr>
            <w:tcW w:type="dxa" w:w="338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pPr>
            <w:r>
              <w:rPr>
                <w:b w:val="0"/>
                <w:sz w:val="20"/>
              </w:rPr>
              <w:t>________________________</w:t>
              <w:br/>
              <w:t>________________________</w:t>
            </w:r>
          </w:p>
        </w:tc>
        <w:tc>
          <w:tcPr>
            <w:tcW w:type="dxa" w:w="381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pPr>
            <w:r>
              <w:rPr>
                <w:b w:val="0"/>
                <w:sz w:val="20"/>
              </w:rPr>
              <w:t>__________________________</w:t>
              <w:br/>
              <w:t>__________________________</w:t>
            </w:r>
          </w:p>
        </w:tc>
      </w:tr>
      <w:tr>
        <w:tc>
          <w:tcPr>
            <w:tcW w:type="dxa" w:w="208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pPr>
            <w:r>
              <w:rPr>
                <w:b w:val="0"/>
                <w:sz w:val="20"/>
              </w:rPr>
              <w:t>Legal / breach counsel</w:t>
            </w:r>
          </w:p>
        </w:tc>
        <w:tc>
          <w:tcPr>
            <w:tcW w:type="dxa" w:w="338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pPr>
            <w:r>
              <w:rPr>
                <w:b w:val="0"/>
                <w:sz w:val="20"/>
              </w:rPr>
              <w:t>________________________</w:t>
              <w:br/>
              <w:t>________________________</w:t>
            </w:r>
          </w:p>
        </w:tc>
        <w:tc>
          <w:tcPr>
            <w:tcW w:type="dxa" w:w="381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pPr>
            <w:r>
              <w:rPr>
                <w:b w:val="0"/>
                <w:sz w:val="20"/>
              </w:rPr>
              <w:t>__________________________</w:t>
              <w:br/>
              <w:t>__________________________</w:t>
            </w:r>
          </w:p>
        </w:tc>
      </w:tr>
    </w:tbl>
    <w:p>
      <w:pPr/>
      <w:r>
        <w:t>Policy or engagement reference: __________________________________________</w:t>
      </w:r>
    </w:p>
    <w:p>
      <w:pPr>
        <w:pStyle w:val="Heading2"/>
      </w:pPr>
      <w:r>
        <w:t>Official reporting contacts</w:t>
      </w:r>
    </w:p>
    <w:p>
      <w:r>
        <w:t xml:space="preserve">Ransomware or extortion: contact your local </w:t>
      </w:r>
      <w:hyperlink r:id="rId12">
        <w:r>
          <w:rPr>
            <w:color w:val="285D48"/>
            <w:u w:val="single"/>
          </w:rPr>
          <w:t>FBI Field Office</w:t>
        </w:r>
      </w:hyperlink>
      <w:r>
        <w:t xml:space="preserve"> and report to </w:t>
      </w:r>
      <w:hyperlink r:id="rId13">
        <w:r>
          <w:rPr>
            <w:color w:val="285D48"/>
            <w:u w:val="single"/>
          </w:rPr>
          <w:t>IC3</w:t>
        </w:r>
      </w:hyperlink>
      <w:r>
        <w:t>. These reporting routes do not replace your technical response team.</w:t>
      </w:r>
    </w:p>
    <w:p>
      <w:r>
        <w:t xml:space="preserve">CISA Operations Center: +1 844 729 2472, available 24/7. A report does not guarantee individual technical assistance. </w:t>
      </w:r>
      <w:hyperlink r:id="rId14">
        <w:r>
          <w:rPr>
            <w:color w:val="285D48"/>
            <w:u w:val="single"/>
          </w:rPr>
          <w:t>Official contact source</w:t>
        </w:r>
      </w:hyperlink>
    </w:p>
    <w:p>
      <w:pPr>
        <w:pStyle w:val="Heading2"/>
      </w:pPr>
      <w:r>
        <w:t>Notification review and decisions</w:t>
      </w:r>
    </w:p>
    <w:p>
      <w:r>
        <w:t>Have counsel assess the affected information, states of residence, industry and contracts. There is no universal 72-hour U.S. deadline. Review HIPAA, SEC or financial-sector rules where applicable and confirm current CIRCIA requirements if relevant. Ransom payments may violate U.S. sanctions; involve counsel, your insurer and law enforcement.</w:t>
      </w:r>
    </w:p>
    <w:p>
      <w:r>
        <w:t>Review owner and safe contact: ___________________________________________</w:t>
        <w:br/>
        <w:t>Affected states or jurisdictions: ____________________________________________</w:t>
        <w:br/>
        <w:t>Decision, rationale and next review time: ____________________________________</w:t>
        <w:br/>
        <w:t>_____________________________________________________________________</w:t>
      </w:r>
    </w:p>
    <w:p>
      <w:r>
        <w:t xml:space="preserve">Keep evidence references and approvals in the incident log, including the time zone. To record and export your incident online, use the </w:t>
      </w:r>
      <w:hyperlink r:id="rId15">
        <w:r>
          <w:rPr>
            <w:color w:val="285D48"/>
            <w:u w:val="single"/>
          </w:rPr>
          <w:t>IT Emergency Navigator</w:t>
        </w:r>
      </w:hyperlink>
      <w:r>
        <w:t>.</w:t>
      </w:r>
    </w:p>
    <w:p>
      <w:r>
        <w:t xml:space="preserve">Guidance: </w:t>
      </w:r>
      <w:hyperlink r:id="rId16">
        <w:r>
          <w:rPr>
            <w:color w:val="285D48"/>
            <w:u w:val="single"/>
          </w:rPr>
          <w:t>FTC response guide</w:t>
        </w:r>
      </w:hyperlink>
      <w:r>
        <w:t xml:space="preserve"> | </w:t>
      </w:r>
      <w:hyperlink r:id="rId17">
        <w:r>
          <w:rPr>
            <w:color w:val="285D48"/>
            <w:u w:val="single"/>
          </w:rPr>
          <w:t>OFAC ransomware advisory</w:t>
        </w:r>
      </w:hyperlink>
      <w:r>
        <w:t xml:space="preserve"> | </w:t>
      </w:r>
      <w:hyperlink r:id="rId10">
        <w:r>
          <w:rPr>
            <w:color w:val="285D48"/>
            <w:u w:val="single"/>
          </w:rPr>
          <w:t>NIST SP 800-61 Rev. 3</w:t>
        </w:r>
      </w:hyperlink>
    </w:p>
    <w:p>
      <w:pPr/>
      <w:r>
        <w:t>Sources checked Sep 14, 2026. Confirm current requirements with the responsible specialists. U.S. focus does not exclude additional obligations for international operations.</w:t>
      </w:r>
    </w:p>
    <w:sectPr w:rsidR="00FC693F" w:rsidRPr="0006063C" w:rsidSect="00034616">
      <w:footerReference w:type="default" r:id="rId9"/>
      <w:pgSz w:w="12240" w:h="15840"/>
      <w:pgMar w:top="720" w:right="1008" w:bottom="720"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40"/>
    </w:pPr>
    <w:r>
      <w:rPr>
        <w:sz w:val="16"/>
      </w:rPr>
      <w:t xml:space="preserve">Paragamix GmbH  |  U.S. v2.0  |  Sep 14, 2026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rial" w:hAnsi="Arial"/>
      <w:color w:val="000000"/>
      <w:sz w:val="20"/>
      <w:lang w:val="en-GB"/>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69" w:lineRule="auto"/>
      <w:outlineLvl w:val="0"/>
    </w:pPr>
    <w:rPr>
      <w:rFonts w:asciiTheme="majorHAnsi" w:eastAsiaTheme="majorEastAsia" w:hAnsiTheme="majorHAnsi" w:cstheme="majorBidi" w:ascii="Arial" w:hAnsi="Arial"/>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00" w:after="140" w:line="269" w:lineRule="auto"/>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69" w:lineRule="auto"/>
      <w:contextualSpacing/>
    </w:pPr>
    <w:rPr>
      <w:rFonts w:asciiTheme="majorHAnsi" w:eastAsiaTheme="majorEastAsia" w:hAnsiTheme="majorHAnsi" w:cstheme="majorBidi" w:ascii="Arial" w:hAnsi="Arial"/>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csrc.nist.gov/pubs/sp/800/61/r3/final" TargetMode="External"/><Relationship Id="rId11" Type="http://schemas.openxmlformats.org/officeDocument/2006/relationships/hyperlink" Target="https://www.paragamix.com/incident-response-toolkit/" TargetMode="External"/><Relationship Id="rId12" Type="http://schemas.openxmlformats.org/officeDocument/2006/relationships/hyperlink" Target="https://www.fbi.gov/contact-us/field-offices" TargetMode="External"/><Relationship Id="rId13" Type="http://schemas.openxmlformats.org/officeDocument/2006/relationships/hyperlink" Target="https://www.ic3.gov/" TargetMode="External"/><Relationship Id="rId14" Type="http://schemas.openxmlformats.org/officeDocument/2006/relationships/hyperlink" Target="https://www.ic3.gov/CSA/2026/260407.pdf" TargetMode="External"/><Relationship Id="rId15" Type="http://schemas.openxmlformats.org/officeDocument/2006/relationships/hyperlink" Target="https://www.paragamix.com/cyber-tools/it-emergency-navigator/" TargetMode="External"/><Relationship Id="rId16" Type="http://schemas.openxmlformats.org/officeDocument/2006/relationships/hyperlink" Target="https://www.ftc.gov/business-guidance/resources/data-breach-response-guide-business" TargetMode="External"/><Relationship Id="rId17" Type="http://schemas.openxmlformats.org/officeDocument/2006/relationships/hyperlink" Target="https://ofac.treasury.gov/media/912981/download?inl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 incident response templates</dc:title>
  <dc:subject>U.S. edition 2.0, Sep 14, 2026</dc:subject>
  <dc:creator>Paragamix GmbH</dc:creator>
  <cp:keywords/>
  <dc:description/>
  <cp:lastModifiedBy/>
  <cp:revision>1</cp:revision>
  <dcterms:created xsi:type="dcterms:W3CDTF">2013-12-23T23:15:00Z</dcterms:created>
  <dcterms:modified xsi:type="dcterms:W3CDTF">2013-12-23T23:15:00Z</dcterms:modified>
  <cp:category/>
</cp:coreProperties>
</file>